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4A425" w14:textId="77777777" w:rsidR="00FC32E2" w:rsidRPr="00A864A8" w:rsidRDefault="00000000" w:rsidP="00A864A8">
      <w:pPr>
        <w:spacing w:after="360"/>
        <w:jc w:val="center"/>
        <w:rPr>
          <w:rFonts w:ascii="Aptos" w:hAnsi="Aptos"/>
        </w:rPr>
      </w:pPr>
      <w:r w:rsidRPr="00A864A8">
        <w:rPr>
          <w:rFonts w:ascii="Aptos" w:hAnsi="Aptos"/>
          <w:b/>
        </w:rPr>
        <w:t>UMOWA NR .........................</w:t>
      </w:r>
      <w:r w:rsidRPr="00A864A8">
        <w:rPr>
          <w:rFonts w:ascii="Aptos" w:hAnsi="Aptos"/>
          <w:b/>
        </w:rPr>
        <w:br/>
        <w:t>NA ŚWIADCZENIE USŁUG TRANSPORTOWYCH W ZAKRESIE DOWOŻENIA UCZNIÓW DO SZKOŁY PODSTAWOWEJ W WYRYKACH W ROKU KALENDARZOWYM 2027</w:t>
      </w:r>
    </w:p>
    <w:p w14:paraId="314A008D" w14:textId="77777777" w:rsidR="00FC32E2" w:rsidRPr="00A864A8" w:rsidRDefault="00000000" w:rsidP="00A864A8">
      <w:pPr>
        <w:spacing w:after="240"/>
        <w:jc w:val="both"/>
        <w:rPr>
          <w:rFonts w:ascii="Aptos" w:hAnsi="Aptos"/>
        </w:rPr>
      </w:pPr>
      <w:r w:rsidRPr="00A864A8">
        <w:rPr>
          <w:rFonts w:ascii="Aptos" w:hAnsi="Aptos"/>
        </w:rPr>
        <w:t>zawarta w dniu ......................... 2027 roku w Wyrykach-Połód pomiędzy:</w:t>
      </w:r>
    </w:p>
    <w:p w14:paraId="7F03E448" w14:textId="77777777" w:rsidR="00FC32E2" w:rsidRPr="00A864A8" w:rsidRDefault="00000000" w:rsidP="00A864A8">
      <w:pPr>
        <w:spacing w:after="120"/>
        <w:jc w:val="both"/>
        <w:rPr>
          <w:rFonts w:ascii="Aptos" w:hAnsi="Aptos"/>
        </w:rPr>
      </w:pPr>
      <w:r w:rsidRPr="00A864A8">
        <w:rPr>
          <w:rFonts w:ascii="Aptos" w:hAnsi="Aptos"/>
        </w:rPr>
        <w:t>Gminą Wyryki z siedzibą: Wyryki-Połód 154, 22-205 Wyryki, NIP: 5651445591, REGON: 110197842, reprezentowaną przez: Pana Bernarda Błaszczuka – Wójta Gminy Wyryki, zwaną w dalszej części umowy Zamawiającym,</w:t>
      </w:r>
    </w:p>
    <w:p w14:paraId="53598DCC" w14:textId="77777777" w:rsidR="00FC32E2" w:rsidRPr="00A864A8" w:rsidRDefault="00000000" w:rsidP="00A864A8">
      <w:pPr>
        <w:spacing w:after="120"/>
        <w:jc w:val="both"/>
        <w:rPr>
          <w:rFonts w:ascii="Aptos" w:hAnsi="Aptos"/>
        </w:rPr>
      </w:pPr>
      <w:r w:rsidRPr="00A864A8">
        <w:rPr>
          <w:rFonts w:ascii="Aptos" w:hAnsi="Aptos"/>
        </w:rPr>
        <w:t>a</w:t>
      </w:r>
    </w:p>
    <w:p w14:paraId="2DA1BDD3" w14:textId="77777777" w:rsidR="00FC32E2" w:rsidRPr="00A864A8" w:rsidRDefault="00000000" w:rsidP="00A864A8">
      <w:pPr>
        <w:spacing w:after="240"/>
        <w:jc w:val="both"/>
        <w:rPr>
          <w:rFonts w:ascii="Aptos" w:hAnsi="Aptos"/>
        </w:rPr>
      </w:pPr>
      <w:r w:rsidRPr="00A864A8">
        <w:rPr>
          <w:rFonts w:ascii="Aptos" w:hAnsi="Aptos"/>
        </w:rPr>
        <w:t>................................................................................. , prowadzącym/-ą działalność gospodarczą pod nazwą: ......................................................................................, NIP: ......................................., REGON: ........................, zwanym/ą w dalszej części umowy Wykonawcą,</w:t>
      </w:r>
    </w:p>
    <w:p w14:paraId="30FC2504" w14:textId="77777777" w:rsidR="00FC32E2" w:rsidRPr="00A864A8" w:rsidRDefault="00000000" w:rsidP="00A864A8">
      <w:pPr>
        <w:spacing w:after="360"/>
        <w:jc w:val="both"/>
        <w:rPr>
          <w:rFonts w:ascii="Aptos" w:hAnsi="Aptos"/>
        </w:rPr>
      </w:pPr>
      <w:r w:rsidRPr="00A864A8">
        <w:rPr>
          <w:rFonts w:ascii="Aptos" w:hAnsi="Aptos"/>
        </w:rPr>
        <w:t>o następującej treści:</w:t>
      </w:r>
    </w:p>
    <w:p w14:paraId="5424CA5E" w14:textId="4A7A2A86" w:rsidR="00FC32E2" w:rsidRPr="00A864A8" w:rsidRDefault="00000000" w:rsidP="00A864A8">
      <w:pPr>
        <w:spacing w:after="120"/>
        <w:jc w:val="center"/>
        <w:rPr>
          <w:rFonts w:ascii="Aptos" w:hAnsi="Aptos"/>
          <w:lang w:val="pl-PL"/>
        </w:rPr>
      </w:pPr>
      <w:r w:rsidRPr="00A864A8">
        <w:rPr>
          <w:rFonts w:ascii="Aptos" w:hAnsi="Aptos"/>
          <w:b/>
          <w:lang w:val="pl-PL"/>
        </w:rPr>
        <w:t>§ 1.</w:t>
      </w:r>
    </w:p>
    <w:p w14:paraId="22744FAB" w14:textId="77777777" w:rsidR="00FC32E2" w:rsidRPr="00A864A8" w:rsidRDefault="00000000" w:rsidP="00A864A8">
      <w:pPr>
        <w:spacing w:after="12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>1. Zamawiający zamawia, a Wykonawca zobowiązuje się świadczyć usługi przewozowe polegające na codziennym dowożeniu i odwożeniu uczniów do Szkoły Podstawowej w Wyrykach w dni nauki szkolnej, zgodnie z kalendarzem roku szkolnego 2026/2027 i na następujących trasach:</w:t>
      </w:r>
    </w:p>
    <w:p w14:paraId="63210C97" w14:textId="77777777" w:rsidR="00FC32E2" w:rsidRPr="00A864A8" w:rsidRDefault="00000000" w:rsidP="00A864A8">
      <w:pPr>
        <w:spacing w:after="8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>Dni robocze (wtorek – czwartek):</w:t>
      </w:r>
    </w:p>
    <w:p w14:paraId="05ECE2E9" w14:textId="77777777" w:rsidR="00FC32E2" w:rsidRPr="00A864A8" w:rsidRDefault="00000000" w:rsidP="00A864A8">
      <w:pPr>
        <w:pStyle w:val="Listapunktowana"/>
        <w:spacing w:after="6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 xml:space="preserve"> Kurs 1 (Dowóz): od godz. 7:00 na trasie: Suchawa, Krukowo, Adampol, Wyryki-Adampol, Wyryki-Połód (Szkoła Podstawowa w Wyrykach) – ok. 26 uczniów.</w:t>
      </w:r>
    </w:p>
    <w:p w14:paraId="6BC9C741" w14:textId="77777777" w:rsidR="00FC32E2" w:rsidRPr="00A864A8" w:rsidRDefault="00000000" w:rsidP="00A864A8">
      <w:pPr>
        <w:pStyle w:val="Listapunktowana"/>
        <w:spacing w:after="6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 xml:space="preserve"> Kurs 2 (Odwóz): ok. godz. 13:20 na trasie: Wyryki-Połód (Szkoła Podstawowa w Wyrykach), Wyryki-Adampol, Adampol, Krukowo, Suchawa – ok. 12 uczniów.</w:t>
      </w:r>
    </w:p>
    <w:p w14:paraId="36EDF4D0" w14:textId="77777777" w:rsidR="00FC32E2" w:rsidRPr="00A864A8" w:rsidRDefault="00000000" w:rsidP="00A864A8">
      <w:pPr>
        <w:pStyle w:val="Listapunktowana"/>
        <w:spacing w:after="6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 xml:space="preserve"> Kurs 3 (Odwóz): ok. godz. 15:00 na trasie: Wyryki-Połód (Szkoła Podstawowa w Wyrykach), Wyryki-Adampol, Adampol, Suchawa – ok. 14 uczniów.</w:t>
      </w:r>
    </w:p>
    <w:p w14:paraId="61D58E20" w14:textId="3F65C2C8" w:rsidR="00FC32E2" w:rsidRPr="00A864A8" w:rsidRDefault="00000000" w:rsidP="00A864A8">
      <w:pPr>
        <w:pStyle w:val="Listapunktowana"/>
        <w:spacing w:after="6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 xml:space="preserve"> Kurs 4 (Dowóz): od godz. 7:30 na trasie: Ignaców, Lubień, Wyryki-Kolonia, Wyryki-Wola do Wyryki-Połód (Szkoła Podstawowa w Wyrykach) – ok. 1</w:t>
      </w:r>
      <w:r w:rsidR="00BA5893">
        <w:rPr>
          <w:rFonts w:ascii="Aptos" w:hAnsi="Aptos"/>
          <w:lang w:val="pl-PL"/>
        </w:rPr>
        <w:t>8</w:t>
      </w:r>
      <w:r w:rsidRPr="00A864A8">
        <w:rPr>
          <w:rFonts w:ascii="Aptos" w:hAnsi="Aptos"/>
          <w:lang w:val="pl-PL"/>
        </w:rPr>
        <w:t xml:space="preserve"> uczniów.</w:t>
      </w:r>
    </w:p>
    <w:p w14:paraId="58BA552A" w14:textId="772DB602" w:rsidR="00FC32E2" w:rsidRPr="00A864A8" w:rsidRDefault="00000000" w:rsidP="00A864A8">
      <w:pPr>
        <w:pStyle w:val="Listapunktowana"/>
        <w:spacing w:after="6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 xml:space="preserve"> Kurs 5 (Odwóz): ok. godz. 13:20 na trasie: Wyryki-Połód (Szkoła Podstawowa), Wyryki-Wola, Wyryki-Kolonia, Lubień, Ignaców – ok. 1</w:t>
      </w:r>
      <w:r w:rsidR="00BA5893">
        <w:rPr>
          <w:rFonts w:ascii="Aptos" w:hAnsi="Aptos"/>
          <w:lang w:val="pl-PL"/>
        </w:rPr>
        <w:t>1</w:t>
      </w:r>
      <w:r w:rsidRPr="00A864A8">
        <w:rPr>
          <w:rFonts w:ascii="Aptos" w:hAnsi="Aptos"/>
          <w:lang w:val="pl-PL"/>
        </w:rPr>
        <w:t xml:space="preserve"> uczniów.</w:t>
      </w:r>
    </w:p>
    <w:p w14:paraId="7F62098A" w14:textId="030AEF99" w:rsidR="00FC32E2" w:rsidRPr="00A864A8" w:rsidRDefault="00000000" w:rsidP="00A864A8">
      <w:pPr>
        <w:pStyle w:val="Listapunktowana"/>
        <w:spacing w:after="12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 xml:space="preserve"> Kurs 6 (Odwóz): ok. godz. 15:00 na trasie: Wyryki-Połód (Szkoła Podstawowa), Wyryki-Wola, Wyryki-Kolonia, Lubień, Ignaców – ok. </w:t>
      </w:r>
      <w:r w:rsidR="00BA5893">
        <w:rPr>
          <w:rFonts w:ascii="Aptos" w:hAnsi="Aptos"/>
          <w:lang w:val="pl-PL"/>
        </w:rPr>
        <w:t>7</w:t>
      </w:r>
      <w:r w:rsidRPr="00A864A8">
        <w:rPr>
          <w:rFonts w:ascii="Aptos" w:hAnsi="Aptos"/>
          <w:lang w:val="pl-PL"/>
        </w:rPr>
        <w:t xml:space="preserve"> uczniów.</w:t>
      </w:r>
    </w:p>
    <w:p w14:paraId="6F14F8CD" w14:textId="77777777" w:rsidR="00FC32E2" w:rsidRPr="00A864A8" w:rsidRDefault="00000000" w:rsidP="00A864A8">
      <w:pPr>
        <w:spacing w:after="8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>Organizacja przewozów w poniedziałki i piątki:</w:t>
      </w:r>
    </w:p>
    <w:p w14:paraId="1299D27A" w14:textId="77777777" w:rsidR="00FC32E2" w:rsidRPr="00A864A8" w:rsidRDefault="00000000" w:rsidP="00A864A8">
      <w:pPr>
        <w:pStyle w:val="Listapunktowana"/>
        <w:spacing w:after="6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 xml:space="preserve"> Kursy poniedziałkowe (wcześniejsza godzina powrotu 1. kursem):</w:t>
      </w:r>
    </w:p>
    <w:p w14:paraId="322C4B7E" w14:textId="77777777" w:rsidR="00FC32E2" w:rsidRPr="00A864A8" w:rsidRDefault="00000000" w:rsidP="00A864A8">
      <w:pPr>
        <w:spacing w:after="4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 xml:space="preserve">   - Kurs 2 (poniedziałek): odwiezienie uczniów ok. godz. 12:30 na trasie podstawowej – ok. 12 uczniów.</w:t>
      </w:r>
    </w:p>
    <w:p w14:paraId="6858EAF3" w14:textId="34856C07" w:rsidR="00FC32E2" w:rsidRPr="00A864A8" w:rsidRDefault="00000000" w:rsidP="00A864A8">
      <w:pPr>
        <w:spacing w:after="6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lastRenderedPageBreak/>
        <w:t xml:space="preserve">   - Kurs 5 (poniedziałek): odwiezienie uczniów ok. godz. 12:30 na trasie podstawowej – ok. 1</w:t>
      </w:r>
      <w:r w:rsidR="008B3D2C">
        <w:rPr>
          <w:rFonts w:ascii="Aptos" w:hAnsi="Aptos"/>
          <w:lang w:val="pl-PL"/>
        </w:rPr>
        <w:t>1</w:t>
      </w:r>
      <w:r w:rsidRPr="00A864A8">
        <w:rPr>
          <w:rFonts w:ascii="Aptos" w:hAnsi="Aptos"/>
          <w:lang w:val="pl-PL"/>
        </w:rPr>
        <w:t xml:space="preserve"> uczniów.</w:t>
      </w:r>
    </w:p>
    <w:p w14:paraId="363A65BD" w14:textId="77777777" w:rsidR="00FC32E2" w:rsidRPr="00A864A8" w:rsidRDefault="00000000" w:rsidP="00A864A8">
      <w:pPr>
        <w:pStyle w:val="Listapunktowana"/>
        <w:spacing w:after="6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 xml:space="preserve"> Kursy piątkowe (brak Kursu 3 i Kursu 6):</w:t>
      </w:r>
    </w:p>
    <w:p w14:paraId="795DC7FE" w14:textId="3B945A74" w:rsidR="00FC32E2" w:rsidRPr="00A864A8" w:rsidRDefault="00000000" w:rsidP="00A864A8">
      <w:pPr>
        <w:spacing w:after="4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 xml:space="preserve">   - Kurs 2 (piątek): odwiezienie uczniów ok. godz. 13:20 na trasie podstawowej – ok. </w:t>
      </w:r>
      <w:r w:rsidR="0031748C">
        <w:rPr>
          <w:rFonts w:ascii="Aptos" w:hAnsi="Aptos"/>
          <w:lang w:val="pl-PL"/>
        </w:rPr>
        <w:t>26</w:t>
      </w:r>
      <w:r w:rsidRPr="00A864A8">
        <w:rPr>
          <w:rFonts w:ascii="Aptos" w:hAnsi="Aptos"/>
          <w:lang w:val="pl-PL"/>
        </w:rPr>
        <w:t xml:space="preserve"> uczniów.</w:t>
      </w:r>
    </w:p>
    <w:p w14:paraId="1DCE4E4A" w14:textId="667AA0BE" w:rsidR="00FC32E2" w:rsidRPr="00A864A8" w:rsidRDefault="00000000" w:rsidP="00A864A8">
      <w:pPr>
        <w:spacing w:after="12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 xml:space="preserve">   - Kurs 5 (piątek): odwiezienie uczniów ok. godz. 13:20 na trasie podstawowej – ok. 1</w:t>
      </w:r>
      <w:r w:rsidR="0031748C">
        <w:rPr>
          <w:rFonts w:ascii="Aptos" w:hAnsi="Aptos"/>
          <w:lang w:val="pl-PL"/>
        </w:rPr>
        <w:t>8</w:t>
      </w:r>
      <w:r w:rsidRPr="00A864A8">
        <w:rPr>
          <w:rFonts w:ascii="Aptos" w:hAnsi="Aptos"/>
          <w:lang w:val="pl-PL"/>
        </w:rPr>
        <w:t xml:space="preserve"> uczniów.</w:t>
      </w:r>
    </w:p>
    <w:p w14:paraId="0E9E3FD5" w14:textId="77777777" w:rsidR="00FC32E2" w:rsidRPr="00A864A8" w:rsidRDefault="00000000" w:rsidP="00A864A8">
      <w:pPr>
        <w:spacing w:after="12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>2. Opiekuna uczniów podczas przewozu zapewnia Zamawiający. Wykonawca zobowiązany jest zapewnić bezpłatny przejazd opiekuna na wszystkich trasach objętych umową.</w:t>
      </w:r>
    </w:p>
    <w:p w14:paraId="680384C6" w14:textId="77777777" w:rsidR="00FC32E2" w:rsidRPr="00A864A8" w:rsidRDefault="00000000" w:rsidP="00A864A8">
      <w:pPr>
        <w:spacing w:after="24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>3. Zamawiający zastrzega sobie prawo do zmiany godzin odjazdów poszczególnych kursów lub modyfikacji tras w trakcie trwania umowy, wynikających ze zmian planu lekcji, zmian organizacyjnych w szkole lub konieczności odpracowania dni wolnych. Zmiany te będą przekazywane Wykonawcy przez Dyrektora Szkoły w formie pisemnej lub elektronicznej z wyprzedzeniem co najmniej 3 dni i nie wymagają sporządzania aneksu do umowy. Wykonawca zobowiązuje się do realizacji przewozów w zmienionych godzinach na warunkach określonych w ofercie.</w:t>
      </w:r>
    </w:p>
    <w:p w14:paraId="6A099B2F" w14:textId="5D5D6D33" w:rsidR="00FC32E2" w:rsidRPr="00A864A8" w:rsidRDefault="00000000" w:rsidP="00A864A8">
      <w:pPr>
        <w:spacing w:after="120"/>
        <w:jc w:val="center"/>
        <w:rPr>
          <w:rFonts w:ascii="Aptos" w:hAnsi="Aptos"/>
          <w:lang w:val="pl-PL"/>
        </w:rPr>
      </w:pPr>
      <w:r w:rsidRPr="00A864A8">
        <w:rPr>
          <w:rFonts w:ascii="Aptos" w:hAnsi="Aptos"/>
          <w:b/>
          <w:lang w:val="pl-PL"/>
        </w:rPr>
        <w:t>§ 2.</w:t>
      </w:r>
    </w:p>
    <w:p w14:paraId="0D935290" w14:textId="1091F10F" w:rsidR="00FC32E2" w:rsidRPr="00A864A8" w:rsidRDefault="00000000" w:rsidP="00A864A8">
      <w:pPr>
        <w:spacing w:after="12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>1. Wykonawca zobowiązuje się do zapewnienia bezwzględnego bezpieczeństwa i higieny podczas wykonywania usług przewozu dzieci. Zamawiający nie bierze żadnej odpowiedzialności za wypadki i zdarzenia jakiegokolwiek typu, spowodowane działaniem lub zaniechaniem działania Wykonawcy.</w:t>
      </w:r>
    </w:p>
    <w:p w14:paraId="67D314C9" w14:textId="77777777" w:rsidR="00FC32E2" w:rsidRPr="00A864A8" w:rsidRDefault="00000000" w:rsidP="00A864A8">
      <w:pPr>
        <w:spacing w:after="12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>2. Wykonawca ponosi odpowiedzialność za bezpieczeństwo i ewentualne powstałe z tego tytułu szkody, a także za terminowość świadczonych usług. W przypadku niemożliwości zapewnienia własnego środka transportu zapewni pojazd zastępczy na swój koszt, w przypadku uszkodzenia/awarii autobusu. Wykonawca jest odpowiedzialny za sprawność techniczną autobusów, ich oznakowanie, czystość i estetykę.</w:t>
      </w:r>
    </w:p>
    <w:p w14:paraId="27D13EE2" w14:textId="77777777" w:rsidR="00FC32E2" w:rsidRPr="00A864A8" w:rsidRDefault="00000000" w:rsidP="00A864A8">
      <w:pPr>
        <w:spacing w:after="12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>3. Wykonawca oświadcza, że przewóz realizowany będzie autobusami przystosowanymi do przewozu dzieci zgodnie z obowiązującymi przepisami prawa, posiadającymi minimum 43 miejsca siedzące.</w:t>
      </w:r>
    </w:p>
    <w:p w14:paraId="2166321B" w14:textId="77777777" w:rsidR="00FC32E2" w:rsidRPr="00A864A8" w:rsidRDefault="00000000" w:rsidP="00A864A8">
      <w:pPr>
        <w:spacing w:after="12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>4. Pojazdy w okresie realizacji umowy muszą posiadać aktualne badania techniczne, ważne ubezpieczenie OC oraz sprawną i wydajną instalację grzewczą.</w:t>
      </w:r>
    </w:p>
    <w:p w14:paraId="689CECA7" w14:textId="77777777" w:rsidR="00FC32E2" w:rsidRPr="00A864A8" w:rsidRDefault="00000000" w:rsidP="00A864A8">
      <w:pPr>
        <w:spacing w:after="24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>5. W przypadku awarii pojazdu przewożącego dzieci Wykonawca zobowiązuje się zapewnić inny, sprawny technicznie pojazd, tak aby dowozy przebiegły bez zakłóceń. Czas zwłoki w wykonaniu przedmiotu umowy w razie zaistnienia ww. awarii i podstawienia pojazdu zastępczego nie powinien przekraczać 30 minut.</w:t>
      </w:r>
    </w:p>
    <w:p w14:paraId="672FC15F" w14:textId="4BBE44AD" w:rsidR="00FC32E2" w:rsidRPr="00A864A8" w:rsidRDefault="00000000" w:rsidP="00A864A8">
      <w:pPr>
        <w:spacing w:after="120"/>
        <w:jc w:val="center"/>
        <w:rPr>
          <w:rFonts w:ascii="Aptos" w:hAnsi="Aptos"/>
          <w:lang w:val="pl-PL"/>
        </w:rPr>
      </w:pPr>
      <w:r w:rsidRPr="00A864A8">
        <w:rPr>
          <w:rFonts w:ascii="Aptos" w:hAnsi="Aptos"/>
          <w:b/>
          <w:lang w:val="pl-PL"/>
        </w:rPr>
        <w:t>§ 3.</w:t>
      </w:r>
    </w:p>
    <w:p w14:paraId="2E1A3946" w14:textId="77777777" w:rsidR="00FC32E2" w:rsidRPr="00A864A8" w:rsidRDefault="00000000" w:rsidP="00A864A8">
      <w:pPr>
        <w:spacing w:after="12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 xml:space="preserve">1. Strony ustalają, że szacunkowa liczba dowożonych uczniów wynosi obecnie ok. 45. Liczba ta może ulegać zmianom w trakcie roku szkolnego. Wszelkie zmiany w dokładnej liczbie uczniów będą </w:t>
      </w:r>
      <w:r w:rsidRPr="00A864A8">
        <w:rPr>
          <w:rFonts w:ascii="Aptos" w:hAnsi="Aptos"/>
          <w:lang w:val="pl-PL"/>
        </w:rPr>
        <w:lastRenderedPageBreak/>
        <w:t>zgłaszane Wykonawcy na bieżąco poprzez przedłożenie zaktualizowanego, imiennego wykazu sporządzonego przez Dyrektora Szkoły.</w:t>
      </w:r>
    </w:p>
    <w:p w14:paraId="3F13EB27" w14:textId="77777777" w:rsidR="00FC32E2" w:rsidRPr="00A864A8" w:rsidRDefault="00000000" w:rsidP="00A864A8">
      <w:pPr>
        <w:spacing w:after="24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>2. Na podstawie przedłożonego przez szkołę wykazu, Wykonawca zobowiązuje się dostarczyć imienne bilety miesięczne dla uczniów uprawnionych do przewozu.</w:t>
      </w:r>
    </w:p>
    <w:p w14:paraId="7A30FDE6" w14:textId="64331AE3" w:rsidR="00FC32E2" w:rsidRPr="00A864A8" w:rsidRDefault="00000000" w:rsidP="00A864A8">
      <w:pPr>
        <w:spacing w:after="120"/>
        <w:jc w:val="center"/>
        <w:rPr>
          <w:rFonts w:ascii="Aptos" w:hAnsi="Aptos"/>
          <w:lang w:val="pl-PL"/>
        </w:rPr>
      </w:pPr>
      <w:r w:rsidRPr="00A864A8">
        <w:rPr>
          <w:rFonts w:ascii="Aptos" w:hAnsi="Aptos"/>
          <w:b/>
          <w:lang w:val="pl-PL"/>
        </w:rPr>
        <w:t>§ 4.</w:t>
      </w:r>
    </w:p>
    <w:p w14:paraId="44894C60" w14:textId="77777777" w:rsidR="00FC32E2" w:rsidRPr="00A864A8" w:rsidRDefault="00000000" w:rsidP="00A864A8">
      <w:pPr>
        <w:spacing w:after="12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>1. Strony ustalają cenę za 1 bilet miesięczny dla jednego ucznia w wysokości: ..................... zł brutto (słownie: .......................................................................).</w:t>
      </w:r>
    </w:p>
    <w:p w14:paraId="6243E766" w14:textId="77777777" w:rsidR="00FC32E2" w:rsidRPr="00A864A8" w:rsidRDefault="00000000" w:rsidP="00A864A8">
      <w:pPr>
        <w:spacing w:after="12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>2. Miesięczne wynagrodzenie Wykonawcy stanowić będzie iloczyn ceny jednostkowej brutto za 1 bilet (o której mowa w ust. 1) oraz faktycznej liczby biletów zamówionych przez Gminę/Szkołę dla uczniów w danym miesiącu na podstawie aktualnego wykazu.</w:t>
      </w:r>
    </w:p>
    <w:p w14:paraId="62111CCD" w14:textId="77777777" w:rsidR="00FC32E2" w:rsidRPr="00A864A8" w:rsidRDefault="00000000" w:rsidP="00A864A8">
      <w:pPr>
        <w:spacing w:after="8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>3. Faktury ustrukturyzowane za realizację przedmiotu umowy Wykonawca zobowiązany jest wystawiać w Krajowym Systemie E-faktur (KSeF) według następujących zasad rozliczeniowych:</w:t>
      </w:r>
    </w:p>
    <w:p w14:paraId="458AE221" w14:textId="77777777" w:rsidR="00FC32E2" w:rsidRPr="00A864A8" w:rsidRDefault="00000000" w:rsidP="00A864A8">
      <w:pPr>
        <w:pStyle w:val="Listapunktowana"/>
        <w:spacing w:after="6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 xml:space="preserve"> Nabywca (podmiot dokonujący zakupu – poz. PODMIOT 2 w KSeF): Gmina Wyryki, Wyryki-Połód 154, 22-205 Wyryki, NIP: 565 14 45 591 (Wykonawca ma obowiązek wypełnienia wartości „1” w polu znacznikowym JST).</w:t>
      </w:r>
    </w:p>
    <w:p w14:paraId="7C11D6EA" w14:textId="77777777" w:rsidR="00FC32E2" w:rsidRPr="00A864A8" w:rsidRDefault="00000000" w:rsidP="00A864A8">
      <w:pPr>
        <w:pStyle w:val="Listapunktowana"/>
        <w:spacing w:after="12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 xml:space="preserve"> Odbiorca (jednostka dokonująca zakupu – poz. PODMIOT 3 w KSeF): Urząd Gminy Wyryki, Wyryki-Połód 154, 22-205 Wyryki, NIP: 565 13 20 381 (Wykonawca ma obowiązek wypełnienia pola Rola wartością „8” – JST odbiorca).</w:t>
      </w:r>
    </w:p>
    <w:p w14:paraId="536EC16C" w14:textId="77777777" w:rsidR="00FC32E2" w:rsidRPr="00A864A8" w:rsidRDefault="00000000" w:rsidP="00A864A8">
      <w:pPr>
        <w:spacing w:after="12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>4. W miesiącach wakacyjnych (lipiec, sierpień) Zamawiający nie zamawia biletów, a Wykonawcy nie przysługuje z tego tytułu wynagrodzenie.</w:t>
      </w:r>
    </w:p>
    <w:p w14:paraId="5AFF3429" w14:textId="110FB4B2" w:rsidR="00FC32E2" w:rsidRPr="00A864A8" w:rsidRDefault="00000000" w:rsidP="00A864A8">
      <w:pPr>
        <w:spacing w:after="12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>5. W miesiącach z przerwami feryjnymi lub świątecznymi (np. styczeń, luty), imienne bilety miesięczne opłacane są w pełnej miesięcznej wysokości (brak rozliczeń proporcjonalnych za dni wolne).</w:t>
      </w:r>
    </w:p>
    <w:p w14:paraId="0B80E044" w14:textId="54AABDD8" w:rsidR="00FC32E2" w:rsidRPr="00A864A8" w:rsidRDefault="00000000" w:rsidP="00A864A8">
      <w:pPr>
        <w:spacing w:after="12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>6. W przypadku wystąpienia przerw w realizacji zajęć stacjonarnych w szkołach z przyczyn niezależnych od Zamawiającego (np. nauczanie zdalne, epidemia, klęska żywiołowa) trwających ponad 10 dni roboczych w miesiącu, Wykonawca nie będzie pobierał wynagrodzenia za okres tych przerw, a wynagrodzenie zostanie proporcjonalnie pomniejszone.</w:t>
      </w:r>
    </w:p>
    <w:p w14:paraId="6A283C3C" w14:textId="77777777" w:rsidR="00FC32E2" w:rsidRPr="00A864A8" w:rsidRDefault="00000000" w:rsidP="00A864A8">
      <w:pPr>
        <w:spacing w:after="24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>7. Podstawą płatności będzie faktura VAT wystawiana co miesiąc przez Wykonawcę. Płatność nastąpi przelewem w terminie 14 dni od dnia doręczenia prawidłowo wystawionej faktury na rachunek bankowy Wykonawcy.</w:t>
      </w:r>
    </w:p>
    <w:p w14:paraId="249BB818" w14:textId="7AEAD9F6" w:rsidR="00FC32E2" w:rsidRPr="00A864A8" w:rsidRDefault="00000000" w:rsidP="00A864A8">
      <w:pPr>
        <w:spacing w:after="120"/>
        <w:jc w:val="center"/>
        <w:rPr>
          <w:rFonts w:ascii="Aptos" w:hAnsi="Aptos"/>
          <w:lang w:val="pl-PL"/>
        </w:rPr>
      </w:pPr>
      <w:r w:rsidRPr="00A864A8">
        <w:rPr>
          <w:rFonts w:ascii="Aptos" w:hAnsi="Aptos"/>
          <w:b/>
          <w:lang w:val="pl-PL"/>
        </w:rPr>
        <w:t>§ 5.</w:t>
      </w:r>
    </w:p>
    <w:p w14:paraId="04F23296" w14:textId="77777777" w:rsidR="00FC32E2" w:rsidRPr="00A864A8" w:rsidRDefault="00000000" w:rsidP="00A864A8">
      <w:pPr>
        <w:spacing w:after="24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>Wykonawca nie może bez uprzedniej pisemnej zgody Zamawiającego przenieść na osobę trzecią jakichkolwiek wierzytelności wynikających z niniejszej umowy.</w:t>
      </w:r>
    </w:p>
    <w:p w14:paraId="15E0B1AA" w14:textId="77777777" w:rsidR="00A864A8" w:rsidRPr="00A864A8" w:rsidRDefault="00A864A8" w:rsidP="00A864A8">
      <w:pPr>
        <w:spacing w:after="240"/>
        <w:jc w:val="both"/>
        <w:rPr>
          <w:rFonts w:ascii="Aptos" w:hAnsi="Aptos"/>
          <w:lang w:val="pl-PL"/>
        </w:rPr>
      </w:pPr>
    </w:p>
    <w:p w14:paraId="43ED881F" w14:textId="77777777" w:rsidR="00A864A8" w:rsidRPr="00A864A8" w:rsidRDefault="00A864A8" w:rsidP="00A864A8">
      <w:pPr>
        <w:spacing w:after="240"/>
        <w:jc w:val="both"/>
        <w:rPr>
          <w:rFonts w:ascii="Aptos" w:hAnsi="Aptos"/>
          <w:lang w:val="pl-PL"/>
        </w:rPr>
      </w:pPr>
    </w:p>
    <w:p w14:paraId="5A8B4B01" w14:textId="179B5CBF" w:rsidR="00FC32E2" w:rsidRPr="00A864A8" w:rsidRDefault="00000000" w:rsidP="00A864A8">
      <w:pPr>
        <w:spacing w:after="120"/>
        <w:jc w:val="center"/>
        <w:rPr>
          <w:rFonts w:ascii="Aptos" w:hAnsi="Aptos"/>
          <w:lang w:val="pl-PL"/>
        </w:rPr>
      </w:pPr>
      <w:r w:rsidRPr="00A864A8">
        <w:rPr>
          <w:rFonts w:ascii="Aptos" w:hAnsi="Aptos"/>
          <w:b/>
          <w:lang w:val="pl-PL"/>
        </w:rPr>
        <w:lastRenderedPageBreak/>
        <w:t>§ 6.</w:t>
      </w:r>
    </w:p>
    <w:p w14:paraId="2CC94D24" w14:textId="77777777" w:rsidR="00FC32E2" w:rsidRPr="00A864A8" w:rsidRDefault="00000000" w:rsidP="00A864A8">
      <w:pPr>
        <w:spacing w:after="24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>Zamawiający oraz Dyrektor Szkoły Podstawowej w Wyrykach mają prawo do przeprowadzania niezapowiedzianych kontroli w zakresie punktualności kursów, stanu sanitarnego, oznakowania pojazdów oraz działania instalacji grzewczej w pojazdach.</w:t>
      </w:r>
    </w:p>
    <w:p w14:paraId="41A12782" w14:textId="3E41BC8A" w:rsidR="00FC32E2" w:rsidRPr="00A864A8" w:rsidRDefault="00000000" w:rsidP="00A864A8">
      <w:pPr>
        <w:spacing w:after="120"/>
        <w:jc w:val="center"/>
        <w:rPr>
          <w:rFonts w:ascii="Aptos" w:hAnsi="Aptos"/>
          <w:lang w:val="pl-PL"/>
        </w:rPr>
      </w:pPr>
      <w:r w:rsidRPr="00A864A8">
        <w:rPr>
          <w:rFonts w:ascii="Aptos" w:hAnsi="Aptos"/>
          <w:b/>
          <w:lang w:val="pl-PL"/>
        </w:rPr>
        <w:t>§ 7.</w:t>
      </w:r>
    </w:p>
    <w:p w14:paraId="5E75805D" w14:textId="2CA98655" w:rsidR="00FC32E2" w:rsidRPr="00A864A8" w:rsidRDefault="00000000" w:rsidP="00A864A8">
      <w:pPr>
        <w:spacing w:after="8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 xml:space="preserve">1. Wykonawca zapłaci </w:t>
      </w:r>
      <w:r w:rsidR="00A864A8" w:rsidRPr="00A864A8">
        <w:rPr>
          <w:rFonts w:ascii="Aptos" w:hAnsi="Aptos"/>
          <w:lang w:val="pl-PL"/>
        </w:rPr>
        <w:t>Zamawiającemu</w:t>
      </w:r>
      <w:r w:rsidRPr="00A864A8">
        <w:rPr>
          <w:rFonts w:ascii="Aptos" w:hAnsi="Aptos"/>
          <w:lang w:val="pl-PL"/>
        </w:rPr>
        <w:t xml:space="preserve"> kary umowne w następujących przypadkach:</w:t>
      </w:r>
    </w:p>
    <w:p w14:paraId="5CCA5D54" w14:textId="77777777" w:rsidR="00FC32E2" w:rsidRPr="00A864A8" w:rsidRDefault="00000000" w:rsidP="00A864A8">
      <w:pPr>
        <w:pStyle w:val="Listapunktowana"/>
        <w:numPr>
          <w:ilvl w:val="0"/>
          <w:numId w:val="0"/>
        </w:numPr>
        <w:spacing w:after="60"/>
        <w:ind w:left="36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 xml:space="preserve"> a) Za opóźnienie w podstawieniu pojazdu na dany kurs przekraczające 30 minut z winy Wykonawcy – w wysokości 50,00 zł za każdy przypadek.</w:t>
      </w:r>
    </w:p>
    <w:p w14:paraId="5A6B4EC8" w14:textId="77777777" w:rsidR="00FC32E2" w:rsidRPr="00A864A8" w:rsidRDefault="00000000" w:rsidP="00A864A8">
      <w:pPr>
        <w:pStyle w:val="Listapunktowana"/>
        <w:numPr>
          <w:ilvl w:val="0"/>
          <w:numId w:val="0"/>
        </w:numPr>
        <w:spacing w:after="60"/>
        <w:ind w:left="36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 xml:space="preserve"> b) Za niepodstawienie pojazdu w ogóle lub opóźnienie przekraczające 60 minut – w wysokości 300,00 zł za każdy taki przypadek. Dodatkowo Zamawiający ma prawo zlecić ten kurs innemu przewoźnikowi (wykonanie zastępcze), a kosztami w pełnej wysokości obciążyć Wykonawcę.</w:t>
      </w:r>
    </w:p>
    <w:p w14:paraId="61BA44BE" w14:textId="77777777" w:rsidR="00FC32E2" w:rsidRPr="00A864A8" w:rsidRDefault="00000000" w:rsidP="00A864A8">
      <w:pPr>
        <w:pStyle w:val="Listapunktowana"/>
        <w:numPr>
          <w:ilvl w:val="0"/>
          <w:numId w:val="0"/>
        </w:numPr>
        <w:spacing w:after="60"/>
        <w:ind w:left="36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 xml:space="preserve"> c) Za realizację przewozu pojazdem z niesprawną instalacją grzewczą w okresie obniżonych temperatur (poniżej 10°C na zewnątrz) – w wysokości 100,00 zł za każdy stwierdzony dzień naruszenia.</w:t>
      </w:r>
    </w:p>
    <w:p w14:paraId="41EC110E" w14:textId="77777777" w:rsidR="00FC32E2" w:rsidRPr="00A864A8" w:rsidRDefault="00000000" w:rsidP="00A864A8">
      <w:pPr>
        <w:pStyle w:val="Listapunktowana"/>
        <w:numPr>
          <w:ilvl w:val="0"/>
          <w:numId w:val="0"/>
        </w:numPr>
        <w:spacing w:after="60"/>
        <w:ind w:left="36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 xml:space="preserve"> d) Za realizację przewozu pojazdem niespełniającym wymogów technicznych lub bez wymaganego oznakowania – w wysokości 100,00 zł za każdy przypadek.</w:t>
      </w:r>
    </w:p>
    <w:p w14:paraId="18570C5F" w14:textId="77777777" w:rsidR="00FC32E2" w:rsidRPr="00A864A8" w:rsidRDefault="00000000" w:rsidP="00A864A8">
      <w:pPr>
        <w:pStyle w:val="Listapunktowana"/>
        <w:numPr>
          <w:ilvl w:val="0"/>
          <w:numId w:val="0"/>
        </w:numPr>
        <w:spacing w:after="80"/>
        <w:ind w:left="36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 xml:space="preserve"> e) Za odstąpienie od umowy przez Zamawiającego lub Wykonawcę z przyczyn leżących po stronie Wykonawcy – w wysokości 5 000,00 zł.</w:t>
      </w:r>
    </w:p>
    <w:p w14:paraId="5E825A86" w14:textId="77777777" w:rsidR="00FC32E2" w:rsidRPr="00A864A8" w:rsidRDefault="00000000" w:rsidP="00A864A8">
      <w:pPr>
        <w:spacing w:after="12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>2. Zamawiający ma prawo potrącić naliczone kary umowne z bieżącego wynagrodzenia Wykonawcy, na co Wykonawca wyraża zgodę.</w:t>
      </w:r>
    </w:p>
    <w:p w14:paraId="49D7A17E" w14:textId="77777777" w:rsidR="00FC32E2" w:rsidRPr="00A864A8" w:rsidRDefault="00000000" w:rsidP="00A864A8">
      <w:pPr>
        <w:spacing w:after="24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>3. Zamawiający zastrzega sobie prawo do dochodzenia odszkodowania uzupełniającego na zasadach ogólnych Kodeksu cywilnego, jeżeli wartość szkody przekroczy wysokość zastrzeżonych kar umownych.</w:t>
      </w:r>
    </w:p>
    <w:p w14:paraId="705B3E4E" w14:textId="1EB8BEC9" w:rsidR="00FC32E2" w:rsidRPr="00A864A8" w:rsidRDefault="00000000" w:rsidP="00A864A8">
      <w:pPr>
        <w:spacing w:after="120"/>
        <w:jc w:val="center"/>
        <w:rPr>
          <w:rFonts w:ascii="Aptos" w:hAnsi="Aptos"/>
          <w:lang w:val="pl-PL"/>
        </w:rPr>
      </w:pPr>
      <w:r w:rsidRPr="00A864A8">
        <w:rPr>
          <w:rFonts w:ascii="Aptos" w:hAnsi="Aptos"/>
          <w:b/>
          <w:lang w:val="pl-PL"/>
        </w:rPr>
        <w:t>§ 8.</w:t>
      </w:r>
    </w:p>
    <w:p w14:paraId="777226E0" w14:textId="77777777" w:rsidR="00FC32E2" w:rsidRPr="00A864A8" w:rsidRDefault="00000000" w:rsidP="00A864A8">
      <w:pPr>
        <w:spacing w:after="24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>Umowa zostaje zawarta na czas określony od dnia 01 stycznia 2027 r. do dnia 31 grudnia 2027 r. z zastrzeżeniem, że przewozy realizowane są wyłącznie w dni nauki szkolnej.</w:t>
      </w:r>
    </w:p>
    <w:p w14:paraId="714A58FB" w14:textId="307BE7C8" w:rsidR="00FC32E2" w:rsidRPr="00A864A8" w:rsidRDefault="00000000" w:rsidP="00A864A8">
      <w:pPr>
        <w:spacing w:after="120"/>
        <w:jc w:val="center"/>
        <w:rPr>
          <w:rFonts w:ascii="Aptos" w:hAnsi="Aptos"/>
          <w:lang w:val="pl-PL"/>
        </w:rPr>
      </w:pPr>
      <w:r w:rsidRPr="00A864A8">
        <w:rPr>
          <w:rFonts w:ascii="Aptos" w:hAnsi="Aptos"/>
          <w:b/>
          <w:lang w:val="pl-PL"/>
        </w:rPr>
        <w:t>§ 9.</w:t>
      </w:r>
    </w:p>
    <w:p w14:paraId="4C448DE5" w14:textId="77777777" w:rsidR="00FC32E2" w:rsidRPr="00A864A8" w:rsidRDefault="00000000" w:rsidP="00A864A8">
      <w:pPr>
        <w:spacing w:after="8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>1. Zamawiający ma prawo odstąpić od umowy bez wypowiedzenia w następujących sytuacjach:</w:t>
      </w:r>
    </w:p>
    <w:p w14:paraId="7D0455A4" w14:textId="77777777" w:rsidR="00FC32E2" w:rsidRPr="00A864A8" w:rsidRDefault="00000000" w:rsidP="00A864A8">
      <w:pPr>
        <w:pStyle w:val="Listapunktowana"/>
        <w:numPr>
          <w:ilvl w:val="0"/>
          <w:numId w:val="0"/>
        </w:numPr>
        <w:spacing w:after="60"/>
        <w:ind w:left="36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 xml:space="preserve"> 1) Wykonawca wykonuje swoje obowiązki w sposób nienależyty i pomimo dodatkowego wezwania nie nastąpiła poprawa w wykonywaniu tych obowiązków,</w:t>
      </w:r>
    </w:p>
    <w:p w14:paraId="2A567169" w14:textId="77777777" w:rsidR="00FC32E2" w:rsidRPr="00A864A8" w:rsidRDefault="00000000" w:rsidP="00A864A8">
      <w:pPr>
        <w:pStyle w:val="Listapunktowana"/>
        <w:numPr>
          <w:ilvl w:val="0"/>
          <w:numId w:val="0"/>
        </w:numPr>
        <w:spacing w:after="60"/>
        <w:ind w:left="36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 xml:space="preserve"> 2) W razie wystąpienia istotnej zmiany okoliczności powodującej, że wykonanie umowy nie leży w interesie publicznym,</w:t>
      </w:r>
    </w:p>
    <w:p w14:paraId="5149944C" w14:textId="77777777" w:rsidR="00FC32E2" w:rsidRPr="00A864A8" w:rsidRDefault="00000000" w:rsidP="00A864A8">
      <w:pPr>
        <w:pStyle w:val="Listapunktowana"/>
        <w:numPr>
          <w:ilvl w:val="0"/>
          <w:numId w:val="0"/>
        </w:numPr>
        <w:spacing w:after="60"/>
        <w:ind w:left="36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 xml:space="preserve"> 3) Wykonawca utraci uprawnienia do prowadzenia działalności jako przewoźnik w rozumieniu ustawy z dnia 6 września 2001 r. o transporcie drogowym,</w:t>
      </w:r>
    </w:p>
    <w:p w14:paraId="0ECB0892" w14:textId="77777777" w:rsidR="00FC32E2" w:rsidRPr="00A864A8" w:rsidRDefault="00000000" w:rsidP="00A864A8">
      <w:pPr>
        <w:pStyle w:val="Listapunktowana"/>
        <w:numPr>
          <w:ilvl w:val="0"/>
          <w:numId w:val="0"/>
        </w:numPr>
        <w:spacing w:after="80"/>
        <w:ind w:left="36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 xml:space="preserve"> 4) Wykonawca nie rozpoczął realizacji usługi w terminie bez uzasadnionych przyczyn.</w:t>
      </w:r>
    </w:p>
    <w:p w14:paraId="1E147E2A" w14:textId="77777777" w:rsidR="00FC32E2" w:rsidRPr="00A864A8" w:rsidRDefault="00000000" w:rsidP="00A864A8">
      <w:pPr>
        <w:spacing w:after="12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lastRenderedPageBreak/>
        <w:t>2. Odstąpienie od umowy w przypadku, o którym mowa w ust. 1 pkt 1) i 2) może nastąpić w terminie 30 dni od powzięcia wiadomości o powyższych okolicznościach.</w:t>
      </w:r>
    </w:p>
    <w:p w14:paraId="1338E2C8" w14:textId="77777777" w:rsidR="00FC32E2" w:rsidRPr="00A864A8" w:rsidRDefault="00000000" w:rsidP="00A864A8">
      <w:pPr>
        <w:spacing w:after="12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>3. Odstąpienie od umowy w przypadku, o którym mowa w ust. 1 pkt 3) i 4) może nastąpić w trybie natychmiastowym.</w:t>
      </w:r>
    </w:p>
    <w:p w14:paraId="0860DE1D" w14:textId="77777777" w:rsidR="00FC32E2" w:rsidRPr="00A864A8" w:rsidRDefault="00000000" w:rsidP="00A864A8">
      <w:pPr>
        <w:spacing w:after="12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>4. Wykonawcy przysługuje prawo odstąpienia od umowy w przypadku, gdy Zamawiający nie wywiązuje się z obowiązku terminowej zapłaty faktur, mimo pisemnego wezwania w terminie 1 miesiąca od upływu terminu zapłaty faktury.</w:t>
      </w:r>
    </w:p>
    <w:p w14:paraId="0735AEA5" w14:textId="77777777" w:rsidR="00FC32E2" w:rsidRPr="00A864A8" w:rsidRDefault="00000000" w:rsidP="00A864A8">
      <w:pPr>
        <w:spacing w:after="24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>5. Odstąpienie od umowy powinno nastąpić w formie pisemnej pod rygorem nieważności takiego oświadczenia i powinno zawierać uzasadnienie.</w:t>
      </w:r>
    </w:p>
    <w:p w14:paraId="31799495" w14:textId="1C77B76E" w:rsidR="00FC32E2" w:rsidRPr="00A864A8" w:rsidRDefault="00000000" w:rsidP="00A864A8">
      <w:pPr>
        <w:spacing w:after="120"/>
        <w:jc w:val="center"/>
        <w:rPr>
          <w:rFonts w:ascii="Aptos" w:hAnsi="Aptos"/>
          <w:lang w:val="pl-PL"/>
        </w:rPr>
      </w:pPr>
      <w:r w:rsidRPr="00A864A8">
        <w:rPr>
          <w:rFonts w:ascii="Aptos" w:hAnsi="Aptos"/>
          <w:b/>
          <w:lang w:val="pl-PL"/>
        </w:rPr>
        <w:t>§ 10.</w:t>
      </w:r>
    </w:p>
    <w:p w14:paraId="2045EB27" w14:textId="77777777" w:rsidR="00FC32E2" w:rsidRPr="00A864A8" w:rsidRDefault="00000000" w:rsidP="00A864A8">
      <w:pPr>
        <w:spacing w:after="12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>1. Wykonawca zapewnia przestrzeganie zasad przetwarzania i ochrony danych osobowych, uzyskanych w związku z realizacją niniejszej umowy, zgodnie z przepisami ustawy z dnia 10 maja 2018 r. o ochronie danych osobowych (Dz. U. z 2019 poz. 1781) i zgodnie z przepisami wykonawczymi do tej ustawy.</w:t>
      </w:r>
    </w:p>
    <w:p w14:paraId="355AF489" w14:textId="77777777" w:rsidR="00FC32E2" w:rsidRPr="00A864A8" w:rsidRDefault="00000000" w:rsidP="00A864A8">
      <w:pPr>
        <w:spacing w:after="12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>2. Wykonawca ponosi odpowiedzialność za ewentualne skutki działania niezgodnego z przepisami, o których mowa w ust. 1.</w:t>
      </w:r>
    </w:p>
    <w:p w14:paraId="7D63FC8A" w14:textId="77777777" w:rsidR="00FC32E2" w:rsidRPr="00A864A8" w:rsidRDefault="00000000" w:rsidP="00A864A8">
      <w:pPr>
        <w:spacing w:after="24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>3. Wykonawca zapewnia, że przetwarzane dane osobowe będą wykorzystane wyłącznie w celu realizacji umowy.</w:t>
      </w:r>
    </w:p>
    <w:p w14:paraId="7FDC32FD" w14:textId="37C4AD49" w:rsidR="00FC32E2" w:rsidRPr="00A864A8" w:rsidRDefault="00000000" w:rsidP="00A864A8">
      <w:pPr>
        <w:spacing w:after="120"/>
        <w:jc w:val="center"/>
        <w:rPr>
          <w:rFonts w:ascii="Aptos" w:hAnsi="Aptos"/>
          <w:lang w:val="pl-PL"/>
        </w:rPr>
      </w:pPr>
      <w:r w:rsidRPr="00A864A8">
        <w:rPr>
          <w:rFonts w:ascii="Aptos" w:hAnsi="Aptos"/>
          <w:b/>
          <w:lang w:val="pl-PL"/>
        </w:rPr>
        <w:t>§ 11.</w:t>
      </w:r>
    </w:p>
    <w:p w14:paraId="3D9D13AA" w14:textId="77777777" w:rsidR="00FC32E2" w:rsidRPr="00A864A8" w:rsidRDefault="00000000" w:rsidP="00A864A8">
      <w:pPr>
        <w:spacing w:after="12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>1. Wszelkie zmiany i uzupełnienia treści umowy, mogą być dokonywane wyłącznie pod rygorem nieważności w formie pisemnego aneksu.</w:t>
      </w:r>
    </w:p>
    <w:p w14:paraId="4E082F0F" w14:textId="77777777" w:rsidR="00FC32E2" w:rsidRPr="00A864A8" w:rsidRDefault="00000000" w:rsidP="00A864A8">
      <w:pPr>
        <w:spacing w:after="12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>2. W sprawach nieuregulowanych postanowieniami umowy będą miały zastosowanie przepisy Kodeksu Cywilnego.</w:t>
      </w:r>
    </w:p>
    <w:p w14:paraId="2B02252C" w14:textId="77777777" w:rsidR="00FC32E2" w:rsidRPr="00A864A8" w:rsidRDefault="00000000" w:rsidP="00A864A8">
      <w:pPr>
        <w:spacing w:after="72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>3. Niniejszą umowę sporządzono w 2 jednobrzmiących egzemplarzach, po jednym dla każdej ze stron.</w:t>
      </w:r>
    </w:p>
    <w:p w14:paraId="43700C84" w14:textId="65128303" w:rsidR="006D2DBB" w:rsidRPr="00A864A8" w:rsidRDefault="00000000" w:rsidP="00A864A8">
      <w:pPr>
        <w:spacing w:before="48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b/>
          <w:lang w:val="pl-PL"/>
        </w:rPr>
        <w:t>......................................................</w:t>
      </w:r>
      <w:r w:rsidR="006D2DBB" w:rsidRPr="00A864A8">
        <w:rPr>
          <w:rFonts w:ascii="Aptos" w:hAnsi="Aptos"/>
          <w:b/>
          <w:lang w:val="pl-PL"/>
        </w:rPr>
        <w:t xml:space="preserve">                                ………………………………………….</w:t>
      </w:r>
      <w:r w:rsidRPr="00A864A8">
        <w:rPr>
          <w:rFonts w:ascii="Aptos" w:hAnsi="Aptos"/>
          <w:b/>
          <w:lang w:val="pl-PL"/>
        </w:rPr>
        <w:br/>
      </w:r>
      <w:r w:rsidR="00A864A8">
        <w:rPr>
          <w:rFonts w:ascii="Aptos" w:hAnsi="Aptos"/>
          <w:b/>
          <w:lang w:val="pl-PL"/>
        </w:rPr>
        <w:t xml:space="preserve">                    </w:t>
      </w:r>
      <w:r w:rsidRPr="00A864A8">
        <w:rPr>
          <w:rFonts w:ascii="Aptos" w:hAnsi="Aptos"/>
          <w:b/>
          <w:lang w:val="pl-PL"/>
        </w:rPr>
        <w:t>ZAMAWIAJĄCY</w:t>
      </w:r>
      <w:r w:rsidRPr="00A864A8">
        <w:rPr>
          <w:rFonts w:ascii="Aptos" w:hAnsi="Aptos"/>
          <w:lang w:val="pl-PL"/>
        </w:rPr>
        <w:t xml:space="preserve">          </w:t>
      </w:r>
      <w:r w:rsidR="006D2DBB" w:rsidRPr="00A864A8">
        <w:rPr>
          <w:rFonts w:ascii="Aptos" w:hAnsi="Aptos"/>
          <w:lang w:val="pl-PL"/>
        </w:rPr>
        <w:t xml:space="preserve">                                                                     </w:t>
      </w:r>
      <w:r w:rsidRPr="00A864A8">
        <w:rPr>
          <w:rFonts w:ascii="Aptos" w:hAnsi="Aptos"/>
          <w:lang w:val="pl-PL"/>
        </w:rPr>
        <w:t xml:space="preserve">  </w:t>
      </w:r>
      <w:r w:rsidR="00A864A8">
        <w:rPr>
          <w:rFonts w:ascii="Aptos" w:hAnsi="Aptos"/>
          <w:lang w:val="pl-PL"/>
        </w:rPr>
        <w:t xml:space="preserve">                           </w:t>
      </w:r>
      <w:r w:rsidR="006D2DBB" w:rsidRPr="00A864A8">
        <w:rPr>
          <w:rFonts w:ascii="Aptos" w:hAnsi="Aptos"/>
          <w:b/>
          <w:lang w:val="pl-PL"/>
        </w:rPr>
        <w:t>WYKONAWCA</w:t>
      </w:r>
    </w:p>
    <w:p w14:paraId="0C58D0D8" w14:textId="3C9CF16E" w:rsidR="00FC32E2" w:rsidRPr="00A864A8" w:rsidRDefault="00000000" w:rsidP="00A864A8">
      <w:pPr>
        <w:spacing w:before="480"/>
        <w:jc w:val="both"/>
        <w:rPr>
          <w:rFonts w:ascii="Aptos" w:hAnsi="Aptos"/>
          <w:lang w:val="pl-PL"/>
        </w:rPr>
      </w:pPr>
      <w:r w:rsidRPr="00A864A8">
        <w:rPr>
          <w:rFonts w:ascii="Aptos" w:hAnsi="Aptos"/>
          <w:lang w:val="pl-PL"/>
        </w:rPr>
        <w:t xml:space="preserve">                           </w:t>
      </w:r>
      <w:r w:rsidRPr="00A864A8">
        <w:rPr>
          <w:rFonts w:ascii="Aptos" w:hAnsi="Aptos"/>
          <w:b/>
          <w:lang w:val="pl-PL"/>
        </w:rPr>
        <w:br/>
      </w:r>
    </w:p>
    <w:sectPr w:rsidR="00FC32E2" w:rsidRPr="00A864A8" w:rsidSect="0003461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133B4" w14:textId="77777777" w:rsidR="003135EC" w:rsidRDefault="003135EC" w:rsidP="00015A9C">
      <w:pPr>
        <w:spacing w:after="0" w:line="240" w:lineRule="auto"/>
      </w:pPr>
      <w:r>
        <w:separator/>
      </w:r>
    </w:p>
  </w:endnote>
  <w:endnote w:type="continuationSeparator" w:id="0">
    <w:p w14:paraId="665F16C3" w14:textId="77777777" w:rsidR="003135EC" w:rsidRDefault="003135EC" w:rsidP="00015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  <w:lang w:val="pl-PL"/>
      </w:rPr>
      <w:id w:val="619957492"/>
      <w:docPartObj>
        <w:docPartGallery w:val="Page Numbers (Bottom of Page)"/>
        <w:docPartUnique/>
      </w:docPartObj>
    </w:sdtPr>
    <w:sdtEndPr>
      <w:rPr>
        <w:lang w:val="en-US"/>
      </w:rPr>
    </w:sdtEndPr>
    <w:sdtContent>
      <w:p w14:paraId="0B1098D7" w14:textId="74FC69F5" w:rsidR="00015A9C" w:rsidRDefault="00015A9C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  <w:lang w:val="pl-PL"/>
          </w:rPr>
          <w:t xml:space="preserve">str. </w:t>
        </w:r>
        <w:r>
          <w:rPr>
            <w:rFonts w:asciiTheme="minorHAnsi" w:hAnsiTheme="minorHAnsi" w:cs="Times New Roman"/>
          </w:rPr>
          <w:fldChar w:fldCharType="begin"/>
        </w:r>
        <w:r>
          <w:instrText>PAGE    \* MERGEFORMAT</w:instrText>
        </w:r>
        <w:r>
          <w:rPr>
            <w:rFonts w:asciiTheme="minorHAnsi" w:hAnsiTheme="minorHAnsi" w:cs="Times New Roman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  <w:lang w:val="pl-PL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16B8E978" w14:textId="77777777" w:rsidR="00015A9C" w:rsidRDefault="00015A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C2B16" w14:textId="77777777" w:rsidR="003135EC" w:rsidRDefault="003135EC" w:rsidP="00015A9C">
      <w:pPr>
        <w:spacing w:after="0" w:line="240" w:lineRule="auto"/>
      </w:pPr>
      <w:r>
        <w:separator/>
      </w:r>
    </w:p>
  </w:footnote>
  <w:footnote w:type="continuationSeparator" w:id="0">
    <w:p w14:paraId="54BB3793" w14:textId="77777777" w:rsidR="003135EC" w:rsidRDefault="003135EC" w:rsidP="00015A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0952712">
    <w:abstractNumId w:val="8"/>
  </w:num>
  <w:num w:numId="2" w16cid:durableId="494422694">
    <w:abstractNumId w:val="6"/>
  </w:num>
  <w:num w:numId="3" w16cid:durableId="377626306">
    <w:abstractNumId w:val="5"/>
  </w:num>
  <w:num w:numId="4" w16cid:durableId="2000113550">
    <w:abstractNumId w:val="4"/>
  </w:num>
  <w:num w:numId="5" w16cid:durableId="1338464663">
    <w:abstractNumId w:val="7"/>
  </w:num>
  <w:num w:numId="6" w16cid:durableId="978651988">
    <w:abstractNumId w:val="3"/>
  </w:num>
  <w:num w:numId="7" w16cid:durableId="1489857961">
    <w:abstractNumId w:val="2"/>
  </w:num>
  <w:num w:numId="8" w16cid:durableId="2008248735">
    <w:abstractNumId w:val="1"/>
  </w:num>
  <w:num w:numId="9" w16cid:durableId="1655183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5A9C"/>
    <w:rsid w:val="00034616"/>
    <w:rsid w:val="0006063C"/>
    <w:rsid w:val="0015074B"/>
    <w:rsid w:val="001D7E8E"/>
    <w:rsid w:val="0029639D"/>
    <w:rsid w:val="002B02CA"/>
    <w:rsid w:val="003135EC"/>
    <w:rsid w:val="0031748C"/>
    <w:rsid w:val="00326F90"/>
    <w:rsid w:val="003A68E6"/>
    <w:rsid w:val="006D2DBB"/>
    <w:rsid w:val="008B3D2C"/>
    <w:rsid w:val="009B3654"/>
    <w:rsid w:val="00A864A8"/>
    <w:rsid w:val="00AA1D8D"/>
    <w:rsid w:val="00AE3720"/>
    <w:rsid w:val="00B0401B"/>
    <w:rsid w:val="00B47730"/>
    <w:rsid w:val="00B73A75"/>
    <w:rsid w:val="00B74786"/>
    <w:rsid w:val="00BA5893"/>
    <w:rsid w:val="00C85738"/>
    <w:rsid w:val="00CB0664"/>
    <w:rsid w:val="00DF75CD"/>
    <w:rsid w:val="00FC32E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F779C8"/>
  <w14:defaultImageDpi w14:val="300"/>
  <w15:docId w15:val="{8CA76D3C-0DBF-435F-B1DB-3E391EBDE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tabs>
        <w:tab w:val="clear" w:pos="720"/>
        <w:tab w:val="num" w:pos="360"/>
      </w:tabs>
      <w:ind w:left="0" w:firstLine="0"/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1588</Words>
  <Characters>9533</Characters>
  <Application>Microsoft Office Word</Application>
  <DocSecurity>0</DocSecurity>
  <Lines>79</Lines>
  <Paragraphs>22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11099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Justyna Łobacz</cp:lastModifiedBy>
  <cp:revision>12</cp:revision>
  <dcterms:created xsi:type="dcterms:W3CDTF">2026-10-22T10:52:00Z</dcterms:created>
  <dcterms:modified xsi:type="dcterms:W3CDTF">2026-10-26T08:56:00Z</dcterms:modified>
  <cp:category/>
</cp:coreProperties>
</file>